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4C1" w:rsidRPr="00DE433A" w:rsidRDefault="00620DD3" w:rsidP="009A14C1">
      <w:pPr>
        <w:spacing w:after="0"/>
        <w:jc w:val="center"/>
        <w:rPr>
          <w:b/>
          <w:sz w:val="30"/>
          <w:lang w:eastAsia="zh-TW"/>
        </w:rPr>
      </w:pPr>
      <w:r w:rsidRPr="00DE433A">
        <w:rPr>
          <w:b/>
          <w:sz w:val="30"/>
          <w:lang w:eastAsia="zh-TW"/>
        </w:rPr>
        <w:t>敦泰電子股份有限公司</w:t>
      </w:r>
    </w:p>
    <w:p w:rsidR="0027539F" w:rsidRPr="00DE433A" w:rsidRDefault="009A14C1" w:rsidP="00663343">
      <w:pPr>
        <w:spacing w:after="0"/>
        <w:jc w:val="center"/>
        <w:rPr>
          <w:lang w:eastAsia="zh-TW"/>
        </w:rPr>
      </w:pPr>
      <w:r w:rsidRPr="00DE433A">
        <w:rPr>
          <w:b/>
          <w:sz w:val="30"/>
          <w:lang w:eastAsia="zh-TW"/>
        </w:rPr>
        <w:t>獎學金申請</w:t>
      </w:r>
      <w:r w:rsidRPr="00DE433A">
        <w:rPr>
          <w:rFonts w:hint="eastAsia"/>
          <w:b/>
          <w:sz w:val="30"/>
          <w:lang w:eastAsia="zh-TW"/>
        </w:rPr>
        <w:t>表</w:t>
      </w:r>
    </w:p>
    <w:tbl>
      <w:tblPr>
        <w:tblStyle w:val="aff2"/>
        <w:tblW w:w="10169" w:type="dxa"/>
        <w:tblLook w:val="04A0" w:firstRow="1" w:lastRow="0" w:firstColumn="1" w:lastColumn="0" w:noHBand="0" w:noVBand="1"/>
      </w:tblPr>
      <w:tblGrid>
        <w:gridCol w:w="2542"/>
        <w:gridCol w:w="2520"/>
        <w:gridCol w:w="6"/>
        <w:gridCol w:w="16"/>
        <w:gridCol w:w="2518"/>
        <w:gridCol w:w="24"/>
        <w:gridCol w:w="2543"/>
      </w:tblGrid>
      <w:tr w:rsidR="00B268E8" w:rsidRPr="00DE433A" w:rsidTr="00663343">
        <w:trPr>
          <w:trHeight w:val="244"/>
        </w:trPr>
        <w:tc>
          <w:tcPr>
            <w:tcW w:w="10169" w:type="dxa"/>
            <w:gridSpan w:val="7"/>
            <w:shd w:val="clear" w:color="auto" w:fill="B8CCE4" w:themeFill="accent1" w:themeFillTint="66"/>
            <w:vAlign w:val="center"/>
          </w:tcPr>
          <w:p w:rsidR="00B268E8" w:rsidRPr="00DE433A" w:rsidRDefault="00B268E8" w:rsidP="00B268E8">
            <w:pPr>
              <w:jc w:val="both"/>
              <w:rPr>
                <w:sz w:val="22"/>
              </w:rPr>
            </w:pPr>
            <w:proofErr w:type="spellStart"/>
            <w:r w:rsidRPr="00D61CE1">
              <w:rPr>
                <w:b/>
                <w:sz w:val="24"/>
              </w:rPr>
              <w:t>一、申請人資料</w:t>
            </w:r>
            <w:proofErr w:type="spellEnd"/>
          </w:p>
        </w:tc>
      </w:tr>
      <w:tr w:rsidR="0027539F" w:rsidRPr="00DE433A" w:rsidTr="00663343">
        <w:trPr>
          <w:trHeight w:val="540"/>
        </w:trPr>
        <w:tc>
          <w:tcPr>
            <w:tcW w:w="2542" w:type="dxa"/>
            <w:shd w:val="clear" w:color="auto" w:fill="EDF2F9"/>
            <w:vAlign w:val="center"/>
          </w:tcPr>
          <w:p w:rsidR="0027539F" w:rsidRPr="00DE433A" w:rsidRDefault="00620DD3" w:rsidP="00663343">
            <w:pPr>
              <w:jc w:val="both"/>
              <w:rPr>
                <w:sz w:val="22"/>
              </w:rPr>
            </w:pPr>
            <w:proofErr w:type="spellStart"/>
            <w:r w:rsidRPr="00DE433A">
              <w:rPr>
                <w:sz w:val="22"/>
              </w:rPr>
              <w:t>姓名</w:t>
            </w:r>
            <w:proofErr w:type="spellEnd"/>
          </w:p>
        </w:tc>
        <w:tc>
          <w:tcPr>
            <w:tcW w:w="2526" w:type="dxa"/>
            <w:gridSpan w:val="2"/>
            <w:vAlign w:val="center"/>
          </w:tcPr>
          <w:p w:rsidR="0027539F" w:rsidRPr="00DE433A" w:rsidRDefault="0027539F" w:rsidP="00663343">
            <w:pPr>
              <w:jc w:val="both"/>
              <w:rPr>
                <w:sz w:val="22"/>
              </w:rPr>
            </w:pPr>
          </w:p>
        </w:tc>
        <w:tc>
          <w:tcPr>
            <w:tcW w:w="2534" w:type="dxa"/>
            <w:gridSpan w:val="2"/>
            <w:shd w:val="clear" w:color="auto" w:fill="EDF2F9"/>
            <w:vAlign w:val="center"/>
          </w:tcPr>
          <w:p w:rsidR="0027539F" w:rsidRPr="00DE433A" w:rsidRDefault="00620DD3" w:rsidP="00663343">
            <w:pPr>
              <w:jc w:val="both"/>
              <w:rPr>
                <w:sz w:val="22"/>
              </w:rPr>
            </w:pPr>
            <w:r w:rsidRPr="00DE433A">
              <w:rPr>
                <w:sz w:val="22"/>
              </w:rPr>
              <w:t>學號</w:t>
            </w:r>
          </w:p>
        </w:tc>
        <w:tc>
          <w:tcPr>
            <w:tcW w:w="2567" w:type="dxa"/>
            <w:gridSpan w:val="2"/>
            <w:vAlign w:val="center"/>
          </w:tcPr>
          <w:p w:rsidR="0027539F" w:rsidRPr="00DE433A" w:rsidRDefault="0027539F" w:rsidP="00663343">
            <w:pPr>
              <w:jc w:val="both"/>
              <w:rPr>
                <w:sz w:val="22"/>
              </w:rPr>
            </w:pPr>
          </w:p>
        </w:tc>
      </w:tr>
      <w:tr w:rsidR="0027539F" w:rsidRPr="00DE433A" w:rsidTr="009B33B2">
        <w:trPr>
          <w:trHeight w:val="684"/>
        </w:trPr>
        <w:tc>
          <w:tcPr>
            <w:tcW w:w="2542" w:type="dxa"/>
            <w:shd w:val="clear" w:color="auto" w:fill="EDF2F9"/>
            <w:vAlign w:val="center"/>
          </w:tcPr>
          <w:p w:rsidR="0027539F" w:rsidRPr="00DE433A" w:rsidRDefault="008A50C8" w:rsidP="00663343">
            <w:pPr>
              <w:jc w:val="both"/>
              <w:rPr>
                <w:sz w:val="22"/>
                <w:lang w:eastAsia="zh-TW"/>
              </w:rPr>
            </w:pPr>
            <w:r>
              <w:rPr>
                <w:rFonts w:hint="eastAsia"/>
                <w:sz w:val="22"/>
                <w:lang w:eastAsia="zh-TW"/>
              </w:rPr>
              <w:t>性別</w:t>
            </w:r>
          </w:p>
        </w:tc>
        <w:tc>
          <w:tcPr>
            <w:tcW w:w="2526" w:type="dxa"/>
            <w:gridSpan w:val="2"/>
            <w:vAlign w:val="center"/>
          </w:tcPr>
          <w:p w:rsidR="0027539F" w:rsidRPr="00DE433A" w:rsidRDefault="00E26C77" w:rsidP="00663343">
            <w:pPr>
              <w:jc w:val="both"/>
              <w:rPr>
                <w:sz w:val="22"/>
                <w:lang w:eastAsia="zh-TW"/>
              </w:rPr>
            </w:pPr>
            <w:sdt>
              <w:sdtPr>
                <w:rPr>
                  <w:sz w:val="22"/>
                  <w:lang w:eastAsia="zh-TW"/>
                </w:rPr>
                <w:id w:val="-1838605535"/>
                <w14:checkbox>
                  <w14:checked w14:val="0"/>
                  <w14:checkedState w14:val="25A0" w14:font="新細明體"/>
                  <w14:uncheckedState w14:val="2610" w14:font="MS Gothic"/>
                </w14:checkbox>
              </w:sdtPr>
              <w:sdtEndPr/>
              <w:sdtContent>
                <w:r w:rsidR="00663343" w:rsidRPr="00663343">
                  <w:rPr>
                    <w:rFonts w:ascii="Segoe UI Symbol" w:hAnsi="Segoe UI Symbol" w:cs="Segoe UI Symbol"/>
                    <w:sz w:val="22"/>
                    <w:lang w:eastAsia="zh-TW"/>
                  </w:rPr>
                  <w:t>☐</w:t>
                </w:r>
              </w:sdtContent>
            </w:sdt>
            <w:r w:rsidR="00663343">
              <w:rPr>
                <w:sz w:val="22"/>
                <w:lang w:eastAsia="zh-TW"/>
              </w:rPr>
              <w:t xml:space="preserve"> </w:t>
            </w:r>
            <w:r w:rsidR="00663343" w:rsidRPr="00663343">
              <w:rPr>
                <w:rFonts w:hint="eastAsia"/>
                <w:sz w:val="22"/>
                <w:lang w:eastAsia="zh-TW"/>
              </w:rPr>
              <w:t>男</w:t>
            </w:r>
            <w:r w:rsidR="00663343">
              <w:rPr>
                <w:sz w:val="22"/>
                <w:lang w:eastAsia="zh-TW"/>
              </w:rPr>
              <w:tab/>
            </w:r>
            <w:r w:rsidR="00663343">
              <w:rPr>
                <w:sz w:val="22"/>
                <w:lang w:eastAsia="zh-TW"/>
              </w:rPr>
              <w:tab/>
            </w:r>
            <w:sdt>
              <w:sdtPr>
                <w:rPr>
                  <w:rFonts w:ascii="Segoe UI Symbol" w:hAnsi="Segoe UI Symbol" w:cs="Segoe UI Symbol"/>
                  <w:sz w:val="22"/>
                  <w:lang w:eastAsia="zh-TW"/>
                </w:rPr>
                <w:id w:val="-184374028"/>
                <w14:checkbox>
                  <w14:checked w14:val="0"/>
                  <w14:checkedState w14:val="25A0" w14:font="新細明體"/>
                  <w14:uncheckedState w14:val="2610" w14:font="MS Gothic"/>
                </w14:checkbox>
              </w:sdtPr>
              <w:sdtEndPr/>
              <w:sdtContent>
                <w:r w:rsidR="00663343" w:rsidRPr="00663343">
                  <w:rPr>
                    <w:rFonts w:ascii="Segoe UI Symbol" w:hAnsi="Segoe UI Symbol" w:cs="Segoe UI Symbol"/>
                    <w:sz w:val="22"/>
                    <w:lang w:eastAsia="zh-TW"/>
                  </w:rPr>
                  <w:t>☐</w:t>
                </w:r>
              </w:sdtContent>
            </w:sdt>
            <w:r w:rsidR="00663343" w:rsidRPr="00663343">
              <w:rPr>
                <w:rFonts w:ascii="Segoe UI Symbol" w:hAnsi="Segoe UI Symbol" w:cs="Segoe UI Symbol" w:hint="eastAsia"/>
                <w:sz w:val="22"/>
                <w:lang w:eastAsia="zh-TW"/>
              </w:rPr>
              <w:t>女</w:t>
            </w:r>
          </w:p>
        </w:tc>
        <w:tc>
          <w:tcPr>
            <w:tcW w:w="2534" w:type="dxa"/>
            <w:gridSpan w:val="2"/>
            <w:shd w:val="clear" w:color="auto" w:fill="EDF2F9"/>
            <w:vAlign w:val="center"/>
          </w:tcPr>
          <w:p w:rsidR="0027539F" w:rsidRPr="00DE433A" w:rsidRDefault="00390CE2" w:rsidP="00663343">
            <w:pPr>
              <w:jc w:val="both"/>
              <w:rPr>
                <w:sz w:val="22"/>
              </w:rPr>
            </w:pPr>
            <w:r>
              <w:rPr>
                <w:rFonts w:hint="eastAsia"/>
                <w:sz w:val="22"/>
                <w:lang w:eastAsia="zh-TW"/>
              </w:rPr>
              <w:t>身分</w:t>
            </w:r>
          </w:p>
        </w:tc>
        <w:tc>
          <w:tcPr>
            <w:tcW w:w="2567" w:type="dxa"/>
            <w:gridSpan w:val="2"/>
            <w:vAlign w:val="center"/>
          </w:tcPr>
          <w:p w:rsidR="0027539F" w:rsidRPr="00663343" w:rsidRDefault="00E26C77" w:rsidP="00663343">
            <w:pPr>
              <w:jc w:val="both"/>
              <w:rPr>
                <w:sz w:val="22"/>
                <w:lang w:eastAsia="zh-TW"/>
              </w:rPr>
            </w:pPr>
            <w:sdt>
              <w:sdtPr>
                <w:rPr>
                  <w:sz w:val="22"/>
                  <w:lang w:eastAsia="zh-TW"/>
                </w:rPr>
                <w:id w:val="1787777967"/>
                <w14:checkbox>
                  <w14:checked w14:val="0"/>
                  <w14:checkedState w14:val="25A0" w14:font="新細明體"/>
                  <w14:uncheckedState w14:val="2610" w14:font="MS Gothic"/>
                </w14:checkbox>
              </w:sdtPr>
              <w:sdtEndPr/>
              <w:sdtContent>
                <w:r w:rsidR="00663343" w:rsidRPr="00663343">
                  <w:rPr>
                    <w:rFonts w:ascii="Segoe UI Symbol" w:hAnsi="Segoe UI Symbol" w:cs="Segoe UI Symbol"/>
                    <w:sz w:val="22"/>
                    <w:lang w:eastAsia="zh-TW"/>
                  </w:rPr>
                  <w:t>☐</w:t>
                </w:r>
              </w:sdtContent>
            </w:sdt>
            <w:r w:rsidR="00F63591">
              <w:rPr>
                <w:rFonts w:hint="eastAsia"/>
                <w:sz w:val="22"/>
                <w:lang w:eastAsia="zh-TW"/>
              </w:rPr>
              <w:t xml:space="preserve"> </w:t>
            </w:r>
            <w:r w:rsidR="00663343" w:rsidRPr="00663343">
              <w:rPr>
                <w:rFonts w:hint="eastAsia"/>
                <w:sz w:val="22"/>
                <w:lang w:eastAsia="zh-TW"/>
              </w:rPr>
              <w:t>一般生</w:t>
            </w:r>
            <w:r w:rsidR="00663343" w:rsidRPr="00663343">
              <w:rPr>
                <w:sz w:val="22"/>
                <w:lang w:eastAsia="zh-TW"/>
              </w:rPr>
              <w:tab/>
            </w:r>
            <w:sdt>
              <w:sdtPr>
                <w:rPr>
                  <w:sz w:val="22"/>
                  <w:lang w:eastAsia="zh-TW"/>
                </w:rPr>
                <w:id w:val="-1398973415"/>
                <w14:checkbox>
                  <w14:checked w14:val="0"/>
                  <w14:checkedState w14:val="25A0" w14:font="新細明體"/>
                  <w14:uncheckedState w14:val="2610" w14:font="MS Gothic"/>
                </w14:checkbox>
              </w:sdtPr>
              <w:sdtEndPr/>
              <w:sdtContent>
                <w:r w:rsidR="00663343" w:rsidRPr="00663343">
                  <w:rPr>
                    <w:rFonts w:ascii="Segoe UI Symbol" w:hAnsi="Segoe UI Symbol" w:cs="Segoe UI Symbol"/>
                    <w:sz w:val="22"/>
                    <w:lang w:eastAsia="zh-TW"/>
                  </w:rPr>
                  <w:t>☐</w:t>
                </w:r>
              </w:sdtContent>
            </w:sdt>
            <w:r w:rsidR="00F63591">
              <w:rPr>
                <w:rFonts w:hint="eastAsia"/>
                <w:sz w:val="22"/>
                <w:lang w:eastAsia="zh-TW"/>
              </w:rPr>
              <w:t xml:space="preserve"> </w:t>
            </w:r>
            <w:r w:rsidR="00663343" w:rsidRPr="00663343">
              <w:rPr>
                <w:rFonts w:hint="eastAsia"/>
                <w:sz w:val="22"/>
                <w:lang w:eastAsia="zh-TW"/>
              </w:rPr>
              <w:t>僑生</w:t>
            </w:r>
          </w:p>
          <w:p w:rsidR="00663343" w:rsidRPr="00DE433A" w:rsidRDefault="00E26C77" w:rsidP="00663343">
            <w:pPr>
              <w:jc w:val="both"/>
              <w:rPr>
                <w:sz w:val="22"/>
                <w:lang w:eastAsia="zh-TW"/>
              </w:rPr>
            </w:pPr>
            <w:sdt>
              <w:sdtPr>
                <w:rPr>
                  <w:sz w:val="22"/>
                  <w:lang w:eastAsia="zh-TW"/>
                </w:rPr>
                <w:id w:val="1928465173"/>
                <w14:checkbox>
                  <w14:checked w14:val="0"/>
                  <w14:checkedState w14:val="25A0" w14:font="新細明體"/>
                  <w14:uncheckedState w14:val="2610" w14:font="MS Gothic"/>
                </w14:checkbox>
              </w:sdtPr>
              <w:sdtEndPr/>
              <w:sdtContent>
                <w:r w:rsidR="00663343" w:rsidRPr="00663343">
                  <w:rPr>
                    <w:rFonts w:ascii="Segoe UI Symbol" w:hAnsi="Segoe UI Symbol" w:cs="Segoe UI Symbol"/>
                    <w:sz w:val="22"/>
                    <w:lang w:eastAsia="zh-TW"/>
                  </w:rPr>
                  <w:t>☐</w:t>
                </w:r>
              </w:sdtContent>
            </w:sdt>
            <w:r w:rsidR="00F63591">
              <w:rPr>
                <w:rFonts w:hint="eastAsia"/>
                <w:sz w:val="22"/>
                <w:lang w:eastAsia="zh-TW"/>
              </w:rPr>
              <w:t xml:space="preserve"> </w:t>
            </w:r>
            <w:r w:rsidR="00663343" w:rsidRPr="00663343">
              <w:rPr>
                <w:rFonts w:hint="eastAsia"/>
                <w:sz w:val="22"/>
                <w:lang w:eastAsia="zh-TW"/>
              </w:rPr>
              <w:t>外籍生</w:t>
            </w:r>
            <w:r w:rsidR="00663343" w:rsidRPr="00663343">
              <w:rPr>
                <w:sz w:val="22"/>
                <w:lang w:eastAsia="zh-TW"/>
              </w:rPr>
              <w:tab/>
            </w:r>
            <w:sdt>
              <w:sdtPr>
                <w:rPr>
                  <w:sz w:val="22"/>
                  <w:lang w:eastAsia="zh-TW"/>
                </w:rPr>
                <w:id w:val="2080399559"/>
                <w14:checkbox>
                  <w14:checked w14:val="0"/>
                  <w14:checkedState w14:val="25A0" w14:font="新細明體"/>
                  <w14:uncheckedState w14:val="2610" w14:font="MS Gothic"/>
                </w14:checkbox>
              </w:sdtPr>
              <w:sdtEndPr/>
              <w:sdtContent>
                <w:r w:rsidR="00663343" w:rsidRPr="00663343">
                  <w:rPr>
                    <w:rFonts w:ascii="Segoe UI Symbol" w:hAnsi="Segoe UI Symbol" w:cs="Segoe UI Symbol"/>
                    <w:sz w:val="22"/>
                    <w:lang w:eastAsia="zh-TW"/>
                  </w:rPr>
                  <w:t>☐</w:t>
                </w:r>
              </w:sdtContent>
            </w:sdt>
            <w:r w:rsidR="00F63591">
              <w:rPr>
                <w:rFonts w:hint="eastAsia"/>
                <w:sz w:val="22"/>
                <w:lang w:eastAsia="zh-TW"/>
              </w:rPr>
              <w:t xml:space="preserve"> </w:t>
            </w:r>
            <w:r w:rsidR="00663343" w:rsidRPr="00663343">
              <w:rPr>
                <w:rFonts w:hint="eastAsia"/>
                <w:sz w:val="22"/>
                <w:lang w:eastAsia="zh-TW"/>
              </w:rPr>
              <w:t>陸生</w:t>
            </w:r>
          </w:p>
        </w:tc>
      </w:tr>
      <w:tr w:rsidR="0027539F" w:rsidRPr="00DE433A" w:rsidTr="00663343">
        <w:trPr>
          <w:trHeight w:val="540"/>
        </w:trPr>
        <w:tc>
          <w:tcPr>
            <w:tcW w:w="2542" w:type="dxa"/>
            <w:shd w:val="clear" w:color="auto" w:fill="EDF2F9"/>
            <w:vAlign w:val="center"/>
          </w:tcPr>
          <w:p w:rsidR="0027539F" w:rsidRPr="00DE433A" w:rsidRDefault="00390CE2" w:rsidP="00663343">
            <w:pPr>
              <w:jc w:val="both"/>
              <w:rPr>
                <w:sz w:val="22"/>
              </w:rPr>
            </w:pPr>
            <w:r>
              <w:rPr>
                <w:rFonts w:hint="eastAsia"/>
                <w:sz w:val="22"/>
                <w:lang w:eastAsia="zh-TW"/>
              </w:rPr>
              <w:t>聯絡電話</w:t>
            </w:r>
          </w:p>
        </w:tc>
        <w:tc>
          <w:tcPr>
            <w:tcW w:w="2526" w:type="dxa"/>
            <w:gridSpan w:val="2"/>
            <w:vAlign w:val="center"/>
          </w:tcPr>
          <w:p w:rsidR="0027539F" w:rsidRPr="00DE433A" w:rsidRDefault="0027539F" w:rsidP="00663343">
            <w:pPr>
              <w:jc w:val="both"/>
              <w:rPr>
                <w:sz w:val="22"/>
              </w:rPr>
            </w:pPr>
          </w:p>
        </w:tc>
        <w:tc>
          <w:tcPr>
            <w:tcW w:w="2534" w:type="dxa"/>
            <w:gridSpan w:val="2"/>
            <w:shd w:val="clear" w:color="auto" w:fill="EDF2F9"/>
            <w:vAlign w:val="center"/>
          </w:tcPr>
          <w:p w:rsidR="0027539F" w:rsidRPr="00DE433A" w:rsidRDefault="00390CE2" w:rsidP="00663343">
            <w:pPr>
              <w:jc w:val="both"/>
              <w:rPr>
                <w:sz w:val="22"/>
              </w:rPr>
            </w:pPr>
            <w:r>
              <w:rPr>
                <w:rFonts w:hint="eastAsia"/>
                <w:sz w:val="22"/>
                <w:lang w:eastAsia="zh-TW"/>
              </w:rPr>
              <w:t>電子郵件</w:t>
            </w:r>
          </w:p>
        </w:tc>
        <w:tc>
          <w:tcPr>
            <w:tcW w:w="2567" w:type="dxa"/>
            <w:gridSpan w:val="2"/>
            <w:vAlign w:val="center"/>
          </w:tcPr>
          <w:p w:rsidR="0027539F" w:rsidRPr="00DE433A" w:rsidRDefault="0027539F" w:rsidP="00663343">
            <w:pPr>
              <w:jc w:val="both"/>
              <w:rPr>
                <w:sz w:val="22"/>
              </w:rPr>
            </w:pPr>
          </w:p>
        </w:tc>
      </w:tr>
      <w:tr w:rsidR="008A50C8" w:rsidRPr="00DE433A" w:rsidTr="00663343">
        <w:trPr>
          <w:trHeight w:val="540"/>
        </w:trPr>
        <w:tc>
          <w:tcPr>
            <w:tcW w:w="2542" w:type="dxa"/>
            <w:shd w:val="clear" w:color="auto" w:fill="EDF2F9"/>
            <w:vAlign w:val="center"/>
          </w:tcPr>
          <w:p w:rsidR="008A50C8" w:rsidRPr="00DE433A" w:rsidRDefault="008A50C8" w:rsidP="00663343">
            <w:pPr>
              <w:jc w:val="both"/>
              <w:rPr>
                <w:sz w:val="22"/>
                <w:lang w:eastAsia="zh-TW"/>
              </w:rPr>
            </w:pPr>
            <w:proofErr w:type="spellStart"/>
            <w:r w:rsidRPr="00DE433A">
              <w:rPr>
                <w:sz w:val="22"/>
              </w:rPr>
              <w:t>就讀學校</w:t>
            </w:r>
            <w:proofErr w:type="spellEnd"/>
            <w:r w:rsidRPr="00DE433A">
              <w:rPr>
                <w:rFonts w:hint="eastAsia"/>
                <w:sz w:val="22"/>
                <w:lang w:eastAsia="zh-TW"/>
              </w:rPr>
              <w:t>/系所</w:t>
            </w:r>
          </w:p>
        </w:tc>
        <w:tc>
          <w:tcPr>
            <w:tcW w:w="2526" w:type="dxa"/>
            <w:gridSpan w:val="2"/>
            <w:vAlign w:val="center"/>
          </w:tcPr>
          <w:p w:rsidR="008A50C8" w:rsidRPr="00DE433A" w:rsidRDefault="008A50C8" w:rsidP="00663343">
            <w:pPr>
              <w:jc w:val="both"/>
              <w:rPr>
                <w:sz w:val="22"/>
              </w:rPr>
            </w:pPr>
          </w:p>
        </w:tc>
        <w:tc>
          <w:tcPr>
            <w:tcW w:w="2534" w:type="dxa"/>
            <w:gridSpan w:val="2"/>
            <w:shd w:val="clear" w:color="auto" w:fill="EDF2F9"/>
            <w:vAlign w:val="center"/>
          </w:tcPr>
          <w:p w:rsidR="008A50C8" w:rsidRPr="00DE433A" w:rsidRDefault="008A50C8" w:rsidP="00663343">
            <w:pPr>
              <w:jc w:val="both"/>
              <w:rPr>
                <w:sz w:val="22"/>
              </w:rPr>
            </w:pPr>
            <w:proofErr w:type="spellStart"/>
            <w:r w:rsidRPr="00DE433A">
              <w:rPr>
                <w:sz w:val="22"/>
              </w:rPr>
              <w:t>指導教授</w:t>
            </w:r>
            <w:proofErr w:type="spellEnd"/>
          </w:p>
        </w:tc>
        <w:tc>
          <w:tcPr>
            <w:tcW w:w="2567" w:type="dxa"/>
            <w:gridSpan w:val="2"/>
            <w:vAlign w:val="center"/>
          </w:tcPr>
          <w:p w:rsidR="008A50C8" w:rsidRPr="00DE433A" w:rsidRDefault="008A50C8" w:rsidP="00663343">
            <w:pPr>
              <w:jc w:val="both"/>
              <w:rPr>
                <w:sz w:val="22"/>
              </w:rPr>
            </w:pPr>
          </w:p>
        </w:tc>
      </w:tr>
      <w:tr w:rsidR="008A50C8" w:rsidRPr="00DE433A" w:rsidTr="00663343">
        <w:trPr>
          <w:trHeight w:val="540"/>
        </w:trPr>
        <w:tc>
          <w:tcPr>
            <w:tcW w:w="2542" w:type="dxa"/>
            <w:shd w:val="clear" w:color="auto" w:fill="EDF2F9"/>
            <w:vAlign w:val="center"/>
          </w:tcPr>
          <w:p w:rsidR="008A50C8" w:rsidRPr="00DE433A" w:rsidRDefault="008A50C8" w:rsidP="00663343">
            <w:pPr>
              <w:jc w:val="both"/>
              <w:rPr>
                <w:sz w:val="22"/>
              </w:rPr>
            </w:pPr>
            <w:proofErr w:type="spellStart"/>
            <w:r w:rsidRPr="00DE433A">
              <w:rPr>
                <w:sz w:val="22"/>
              </w:rPr>
              <w:t>年級</w:t>
            </w:r>
            <w:proofErr w:type="spellEnd"/>
          </w:p>
        </w:tc>
        <w:tc>
          <w:tcPr>
            <w:tcW w:w="2526" w:type="dxa"/>
            <w:gridSpan w:val="2"/>
            <w:vAlign w:val="center"/>
          </w:tcPr>
          <w:p w:rsidR="008A50C8" w:rsidRPr="00DE433A" w:rsidRDefault="008A50C8" w:rsidP="00663343">
            <w:pPr>
              <w:jc w:val="both"/>
              <w:rPr>
                <w:sz w:val="22"/>
              </w:rPr>
            </w:pPr>
          </w:p>
        </w:tc>
        <w:tc>
          <w:tcPr>
            <w:tcW w:w="2534" w:type="dxa"/>
            <w:gridSpan w:val="2"/>
            <w:shd w:val="clear" w:color="auto" w:fill="EDF2F9"/>
            <w:vAlign w:val="center"/>
          </w:tcPr>
          <w:p w:rsidR="008A50C8" w:rsidRPr="00DE433A" w:rsidRDefault="008A50C8" w:rsidP="00663343">
            <w:pPr>
              <w:jc w:val="both"/>
              <w:rPr>
                <w:sz w:val="22"/>
                <w:lang w:eastAsia="zh-TW"/>
              </w:rPr>
            </w:pPr>
            <w:proofErr w:type="spellStart"/>
            <w:r w:rsidRPr="00DE433A">
              <w:rPr>
                <w:sz w:val="22"/>
              </w:rPr>
              <w:t>大學畢業學校</w:t>
            </w:r>
            <w:proofErr w:type="spellEnd"/>
            <w:r w:rsidR="00390CE2">
              <w:rPr>
                <w:rFonts w:hint="eastAsia"/>
                <w:sz w:val="22"/>
                <w:lang w:eastAsia="zh-TW"/>
              </w:rPr>
              <w:t>/科系</w:t>
            </w:r>
          </w:p>
        </w:tc>
        <w:tc>
          <w:tcPr>
            <w:tcW w:w="2567" w:type="dxa"/>
            <w:gridSpan w:val="2"/>
            <w:vAlign w:val="center"/>
          </w:tcPr>
          <w:p w:rsidR="008A50C8" w:rsidRPr="00DE433A" w:rsidRDefault="008A50C8" w:rsidP="00663343">
            <w:pPr>
              <w:jc w:val="both"/>
              <w:rPr>
                <w:sz w:val="22"/>
              </w:rPr>
            </w:pPr>
          </w:p>
        </w:tc>
      </w:tr>
      <w:tr w:rsidR="00B268E8" w:rsidRPr="00DE433A" w:rsidTr="00663343">
        <w:trPr>
          <w:trHeight w:val="250"/>
        </w:trPr>
        <w:tc>
          <w:tcPr>
            <w:tcW w:w="10169" w:type="dxa"/>
            <w:gridSpan w:val="7"/>
            <w:shd w:val="clear" w:color="auto" w:fill="B8CCE4" w:themeFill="accent1" w:themeFillTint="66"/>
            <w:vAlign w:val="center"/>
          </w:tcPr>
          <w:p w:rsidR="00B268E8" w:rsidRPr="00DE433A" w:rsidRDefault="00E26C77" w:rsidP="00B268E8">
            <w:pPr>
              <w:jc w:val="both"/>
              <w:rPr>
                <w:sz w:val="22"/>
              </w:rPr>
            </w:pPr>
            <w:r>
              <w:rPr>
                <w:b/>
                <w:sz w:val="24"/>
              </w:rPr>
              <w:t>二、</w:t>
            </w:r>
            <w:r>
              <w:rPr>
                <w:rFonts w:hint="eastAsia"/>
                <w:b/>
                <w:sz w:val="24"/>
                <w:lang w:eastAsia="zh-TW"/>
              </w:rPr>
              <w:t>其他</w:t>
            </w:r>
            <w:bookmarkStart w:id="0" w:name="_GoBack"/>
            <w:bookmarkEnd w:id="0"/>
            <w:r w:rsidR="00B268E8" w:rsidRPr="00D61CE1">
              <w:rPr>
                <w:b/>
                <w:sz w:val="24"/>
              </w:rPr>
              <w:t>資料</w:t>
            </w:r>
          </w:p>
        </w:tc>
      </w:tr>
      <w:tr w:rsidR="0027539F" w:rsidRPr="00DE433A" w:rsidTr="00176F68">
        <w:trPr>
          <w:trHeight w:val="538"/>
        </w:trPr>
        <w:tc>
          <w:tcPr>
            <w:tcW w:w="5062" w:type="dxa"/>
            <w:gridSpan w:val="2"/>
            <w:shd w:val="clear" w:color="auto" w:fill="EDF2F9"/>
            <w:vAlign w:val="center"/>
          </w:tcPr>
          <w:p w:rsidR="0027539F" w:rsidRPr="00DE433A" w:rsidRDefault="00B268E8" w:rsidP="00176F68">
            <w:pPr>
              <w:jc w:val="both"/>
              <w:rPr>
                <w:sz w:val="22"/>
                <w:lang w:eastAsia="zh-TW"/>
              </w:rPr>
            </w:pPr>
            <w:r>
              <w:rPr>
                <w:rFonts w:hint="eastAsia"/>
                <w:sz w:val="22"/>
                <w:lang w:eastAsia="zh-TW"/>
              </w:rPr>
              <w:t>歷年成績單所載之</w:t>
            </w:r>
            <w:r w:rsidRPr="00B268E8">
              <w:rPr>
                <w:rFonts w:hint="eastAsia"/>
                <w:sz w:val="22"/>
                <w:lang w:eastAsia="zh-TW"/>
              </w:rPr>
              <w:t>系排名</w:t>
            </w:r>
          </w:p>
        </w:tc>
        <w:tc>
          <w:tcPr>
            <w:tcW w:w="5107" w:type="dxa"/>
            <w:gridSpan w:val="5"/>
          </w:tcPr>
          <w:p w:rsidR="0027539F" w:rsidRPr="00DE433A" w:rsidRDefault="0027539F">
            <w:pPr>
              <w:rPr>
                <w:sz w:val="22"/>
                <w:lang w:eastAsia="zh-TW"/>
              </w:rPr>
            </w:pPr>
          </w:p>
        </w:tc>
      </w:tr>
      <w:tr w:rsidR="0027539F" w:rsidRPr="00DE433A" w:rsidTr="00176F68">
        <w:trPr>
          <w:trHeight w:val="562"/>
        </w:trPr>
        <w:tc>
          <w:tcPr>
            <w:tcW w:w="5062" w:type="dxa"/>
            <w:gridSpan w:val="2"/>
            <w:shd w:val="clear" w:color="auto" w:fill="EDF2F9"/>
            <w:vAlign w:val="center"/>
          </w:tcPr>
          <w:p w:rsidR="0027539F" w:rsidRPr="00DE433A" w:rsidRDefault="00620DD3" w:rsidP="00176F68">
            <w:pPr>
              <w:jc w:val="both"/>
              <w:rPr>
                <w:sz w:val="22"/>
              </w:rPr>
            </w:pPr>
            <w:proofErr w:type="spellStart"/>
            <w:r w:rsidRPr="00DE433A">
              <w:rPr>
                <w:sz w:val="22"/>
              </w:rPr>
              <w:t>是否曾獲本獎學金</w:t>
            </w:r>
            <w:proofErr w:type="spellEnd"/>
          </w:p>
        </w:tc>
        <w:tc>
          <w:tcPr>
            <w:tcW w:w="5107" w:type="dxa"/>
            <w:gridSpan w:val="5"/>
            <w:vAlign w:val="center"/>
          </w:tcPr>
          <w:p w:rsidR="0027539F" w:rsidRPr="00176F68" w:rsidRDefault="00E26C77" w:rsidP="00176F68">
            <w:pPr>
              <w:jc w:val="both"/>
              <w:rPr>
                <w:sz w:val="22"/>
              </w:rPr>
            </w:pPr>
            <w:sdt>
              <w:sdtPr>
                <w:rPr>
                  <w:rFonts w:ascii="Arial" w:eastAsia="標楷體" w:hAnsi="Arial" w:cs="Arial"/>
                  <w:sz w:val="22"/>
                </w:rPr>
                <w:id w:val="-1017541332"/>
                <w14:checkbox>
                  <w14:checked w14:val="0"/>
                  <w14:checkedState w14:val="25A0" w14:font="新細明體"/>
                  <w14:uncheckedState w14:val="2610" w14:font="MS Gothic"/>
                </w14:checkbox>
              </w:sdtPr>
              <w:sdtEndPr/>
              <w:sdtContent>
                <w:r w:rsidR="00176F68" w:rsidRPr="00176F68">
                  <w:rPr>
                    <w:rFonts w:ascii="Segoe UI Symbol" w:eastAsia="標楷體" w:hAnsi="Segoe UI Symbol" w:cs="Segoe UI Symbol"/>
                    <w:sz w:val="22"/>
                  </w:rPr>
                  <w:t>☐</w:t>
                </w:r>
              </w:sdtContent>
            </w:sdt>
            <w:r w:rsidR="00663343">
              <w:rPr>
                <w:rFonts w:ascii="Arial" w:eastAsia="標楷體" w:hAnsi="Arial" w:cs="Arial"/>
                <w:sz w:val="22"/>
              </w:rPr>
              <w:t xml:space="preserve"> </w:t>
            </w:r>
            <w:r w:rsidR="00620DD3" w:rsidRPr="00176F68">
              <w:rPr>
                <w:sz w:val="22"/>
              </w:rPr>
              <w:t>是</w:t>
            </w:r>
            <w:r w:rsidR="00176F68" w:rsidRPr="00176F68">
              <w:rPr>
                <w:sz w:val="22"/>
              </w:rPr>
              <w:tab/>
            </w:r>
            <w:r w:rsidR="00176F68" w:rsidRPr="00176F68">
              <w:rPr>
                <w:sz w:val="22"/>
              </w:rPr>
              <w:tab/>
            </w:r>
            <w:r w:rsidR="00176F68" w:rsidRPr="00176F68">
              <w:rPr>
                <w:sz w:val="22"/>
              </w:rPr>
              <w:tab/>
            </w:r>
            <w:sdt>
              <w:sdtPr>
                <w:rPr>
                  <w:rFonts w:ascii="Arial" w:eastAsia="標楷體" w:hAnsi="Arial" w:cs="Arial"/>
                  <w:sz w:val="22"/>
                </w:rPr>
                <w:id w:val="-1667155202"/>
                <w14:checkbox>
                  <w14:checked w14:val="0"/>
                  <w14:checkedState w14:val="25A0" w14:font="新細明體"/>
                  <w14:uncheckedState w14:val="2610" w14:font="MS Gothic"/>
                </w14:checkbox>
              </w:sdtPr>
              <w:sdtEndPr/>
              <w:sdtContent>
                <w:r w:rsidR="00176F68" w:rsidRPr="00176F68">
                  <w:rPr>
                    <w:rFonts w:ascii="Segoe UI Symbol" w:eastAsia="標楷體" w:hAnsi="Segoe UI Symbol" w:cs="Segoe UI Symbol"/>
                    <w:sz w:val="22"/>
                  </w:rPr>
                  <w:t>☐</w:t>
                </w:r>
              </w:sdtContent>
            </w:sdt>
            <w:r w:rsidR="00663343">
              <w:rPr>
                <w:rFonts w:ascii="Arial" w:eastAsia="標楷體" w:hAnsi="Arial" w:cs="Arial"/>
                <w:sz w:val="22"/>
              </w:rPr>
              <w:t xml:space="preserve"> </w:t>
            </w:r>
            <w:r w:rsidR="00620DD3" w:rsidRPr="00176F68">
              <w:rPr>
                <w:sz w:val="22"/>
              </w:rPr>
              <w:t>否</w:t>
            </w:r>
          </w:p>
        </w:tc>
      </w:tr>
      <w:tr w:rsidR="0027539F" w:rsidRPr="00DE433A" w:rsidTr="00663343">
        <w:trPr>
          <w:trHeight w:val="562"/>
        </w:trPr>
        <w:tc>
          <w:tcPr>
            <w:tcW w:w="5062" w:type="dxa"/>
            <w:gridSpan w:val="2"/>
            <w:shd w:val="clear" w:color="auto" w:fill="EDF2F9"/>
            <w:vAlign w:val="center"/>
          </w:tcPr>
          <w:p w:rsidR="0027539F" w:rsidRPr="00DE433A" w:rsidRDefault="00620DD3" w:rsidP="00663343">
            <w:pPr>
              <w:jc w:val="both"/>
              <w:rPr>
                <w:sz w:val="22"/>
                <w:lang w:eastAsia="zh-TW"/>
              </w:rPr>
            </w:pPr>
            <w:r w:rsidRPr="00DE433A">
              <w:rPr>
                <w:sz w:val="22"/>
                <w:lang w:eastAsia="zh-TW"/>
              </w:rPr>
              <w:t>是否領有其他獎助學金</w:t>
            </w:r>
          </w:p>
        </w:tc>
        <w:tc>
          <w:tcPr>
            <w:tcW w:w="5107" w:type="dxa"/>
            <w:gridSpan w:val="5"/>
            <w:vAlign w:val="center"/>
          </w:tcPr>
          <w:p w:rsidR="0027539F" w:rsidRPr="00DE433A" w:rsidRDefault="00E26C77" w:rsidP="00663343">
            <w:pPr>
              <w:jc w:val="both"/>
              <w:rPr>
                <w:sz w:val="22"/>
                <w:lang w:eastAsia="zh-TW"/>
              </w:rPr>
            </w:pPr>
            <w:sdt>
              <w:sdtPr>
                <w:rPr>
                  <w:rFonts w:ascii="Arial" w:eastAsia="標楷體" w:hAnsi="Arial" w:cs="Arial"/>
                  <w:sz w:val="22"/>
                  <w:lang w:eastAsia="zh-TW"/>
                </w:rPr>
                <w:id w:val="1685868651"/>
                <w14:checkbox>
                  <w14:checked w14:val="0"/>
                  <w14:checkedState w14:val="25A0" w14:font="新細明體"/>
                  <w14:uncheckedState w14:val="2610" w14:font="MS Gothic"/>
                </w14:checkbox>
              </w:sdtPr>
              <w:sdtEndPr/>
              <w:sdtContent>
                <w:r w:rsidR="00176F68" w:rsidRPr="00176F68">
                  <w:rPr>
                    <w:rFonts w:ascii="Segoe UI Symbol" w:eastAsia="標楷體" w:hAnsi="Segoe UI Symbol" w:cs="Segoe UI Symbol"/>
                    <w:sz w:val="22"/>
                    <w:lang w:eastAsia="zh-TW"/>
                  </w:rPr>
                  <w:t>☐</w:t>
                </w:r>
              </w:sdtContent>
            </w:sdt>
            <w:r w:rsidR="00663343">
              <w:rPr>
                <w:rFonts w:ascii="Arial" w:eastAsia="標楷體" w:hAnsi="Arial" w:cs="Arial"/>
                <w:sz w:val="22"/>
                <w:lang w:eastAsia="zh-TW"/>
              </w:rPr>
              <w:t xml:space="preserve"> </w:t>
            </w:r>
            <w:r w:rsidR="00620DD3" w:rsidRPr="00DE433A">
              <w:rPr>
                <w:sz w:val="22"/>
                <w:lang w:eastAsia="zh-TW"/>
              </w:rPr>
              <w:t>是</w:t>
            </w:r>
            <w:r w:rsidR="00176F68">
              <w:rPr>
                <w:sz w:val="22"/>
                <w:lang w:eastAsia="zh-TW"/>
              </w:rPr>
              <w:tab/>
            </w:r>
            <w:sdt>
              <w:sdtPr>
                <w:rPr>
                  <w:rFonts w:ascii="Arial" w:eastAsia="標楷體" w:hAnsi="Arial" w:cs="Arial"/>
                  <w:sz w:val="22"/>
                  <w:lang w:eastAsia="zh-TW"/>
                </w:rPr>
                <w:id w:val="1919285404"/>
                <w14:checkbox>
                  <w14:checked w14:val="0"/>
                  <w14:checkedState w14:val="25A0" w14:font="新細明體"/>
                  <w14:uncheckedState w14:val="2610" w14:font="MS Gothic"/>
                </w14:checkbox>
              </w:sdtPr>
              <w:sdtEndPr/>
              <w:sdtContent>
                <w:r w:rsidR="00176F68" w:rsidRPr="00176F68">
                  <w:rPr>
                    <w:rFonts w:ascii="Segoe UI Symbol" w:eastAsia="標楷體" w:hAnsi="Segoe UI Symbol" w:cs="Segoe UI Symbol"/>
                    <w:sz w:val="22"/>
                    <w:lang w:eastAsia="zh-TW"/>
                  </w:rPr>
                  <w:t>☐</w:t>
                </w:r>
              </w:sdtContent>
            </w:sdt>
            <w:r w:rsidR="00663343">
              <w:rPr>
                <w:rFonts w:ascii="Arial" w:eastAsia="標楷體" w:hAnsi="Arial" w:cs="Arial"/>
                <w:sz w:val="22"/>
                <w:lang w:eastAsia="zh-TW"/>
              </w:rPr>
              <w:t xml:space="preserve"> </w:t>
            </w:r>
            <w:r w:rsidR="00620DD3" w:rsidRPr="00DE433A">
              <w:rPr>
                <w:sz w:val="22"/>
                <w:lang w:eastAsia="zh-TW"/>
              </w:rPr>
              <w:t>否</w:t>
            </w:r>
            <w:r w:rsidR="00663343">
              <w:rPr>
                <w:sz w:val="22"/>
                <w:lang w:eastAsia="zh-TW"/>
              </w:rPr>
              <w:tab/>
              <w:t xml:space="preserve"> </w:t>
            </w:r>
            <w:r w:rsidR="00176F68">
              <w:rPr>
                <w:rFonts w:hint="eastAsia"/>
                <w:sz w:val="22"/>
                <w:lang w:eastAsia="zh-TW"/>
              </w:rPr>
              <w:t>公司/機構</w:t>
            </w:r>
            <w:r w:rsidR="00620DD3" w:rsidRPr="00DE433A">
              <w:rPr>
                <w:sz w:val="22"/>
                <w:lang w:eastAsia="zh-TW"/>
              </w:rPr>
              <w:t>名稱：______</w:t>
            </w:r>
            <w:r w:rsidR="00176F68">
              <w:rPr>
                <w:rFonts w:hint="eastAsia"/>
                <w:sz w:val="22"/>
                <w:lang w:eastAsia="zh-TW"/>
              </w:rPr>
              <w:t>____</w:t>
            </w:r>
            <w:r w:rsidR="00620DD3" w:rsidRPr="00DE433A">
              <w:rPr>
                <w:sz w:val="22"/>
                <w:lang w:eastAsia="zh-TW"/>
              </w:rPr>
              <w:t>_</w:t>
            </w:r>
            <w:r w:rsidR="00663343">
              <w:rPr>
                <w:rFonts w:hint="eastAsia"/>
                <w:sz w:val="22"/>
                <w:lang w:eastAsia="zh-TW"/>
              </w:rPr>
              <w:t>__</w:t>
            </w:r>
          </w:p>
        </w:tc>
      </w:tr>
      <w:tr w:rsidR="00B268E8" w:rsidRPr="00DE433A" w:rsidTr="00663343">
        <w:trPr>
          <w:trHeight w:val="394"/>
        </w:trPr>
        <w:tc>
          <w:tcPr>
            <w:tcW w:w="10169" w:type="dxa"/>
            <w:gridSpan w:val="7"/>
            <w:shd w:val="clear" w:color="auto" w:fill="B8CCE4" w:themeFill="accent1" w:themeFillTint="66"/>
            <w:vAlign w:val="center"/>
          </w:tcPr>
          <w:p w:rsidR="00B268E8" w:rsidRPr="00DE433A" w:rsidRDefault="00B268E8" w:rsidP="00B268E8">
            <w:pPr>
              <w:jc w:val="both"/>
              <w:rPr>
                <w:sz w:val="22"/>
                <w:lang w:eastAsia="zh-TW"/>
              </w:rPr>
            </w:pPr>
            <w:r w:rsidRPr="00D61CE1">
              <w:rPr>
                <w:b/>
                <w:sz w:val="24"/>
                <w:lang w:eastAsia="zh-TW"/>
              </w:rPr>
              <w:t>三、主要研究成果、競賽、論文或特殊優良事蹟（5項以內）</w:t>
            </w:r>
          </w:p>
        </w:tc>
      </w:tr>
      <w:tr w:rsidR="0027539F" w:rsidRPr="00DE433A" w:rsidTr="00663343">
        <w:trPr>
          <w:trHeight w:val="508"/>
        </w:trPr>
        <w:tc>
          <w:tcPr>
            <w:tcW w:w="10169" w:type="dxa"/>
            <w:gridSpan w:val="7"/>
            <w:vAlign w:val="center"/>
          </w:tcPr>
          <w:p w:rsidR="0027539F" w:rsidRPr="00DE433A" w:rsidRDefault="00620DD3" w:rsidP="00663343">
            <w:pPr>
              <w:jc w:val="both"/>
              <w:rPr>
                <w:sz w:val="22"/>
              </w:rPr>
            </w:pPr>
            <w:r w:rsidRPr="00DE433A">
              <w:rPr>
                <w:sz w:val="22"/>
              </w:rPr>
              <w:t>1.</w:t>
            </w:r>
          </w:p>
        </w:tc>
      </w:tr>
      <w:tr w:rsidR="0027539F" w:rsidRPr="00DE433A" w:rsidTr="00663343">
        <w:trPr>
          <w:trHeight w:val="486"/>
        </w:trPr>
        <w:tc>
          <w:tcPr>
            <w:tcW w:w="10169" w:type="dxa"/>
            <w:gridSpan w:val="7"/>
            <w:vAlign w:val="center"/>
          </w:tcPr>
          <w:p w:rsidR="0027539F" w:rsidRPr="00DE433A" w:rsidRDefault="00620DD3" w:rsidP="00663343">
            <w:pPr>
              <w:jc w:val="both"/>
              <w:rPr>
                <w:sz w:val="22"/>
              </w:rPr>
            </w:pPr>
            <w:r w:rsidRPr="00DE433A">
              <w:rPr>
                <w:sz w:val="22"/>
              </w:rPr>
              <w:t>2.</w:t>
            </w:r>
          </w:p>
        </w:tc>
      </w:tr>
      <w:tr w:rsidR="0027539F" w:rsidRPr="00DE433A" w:rsidTr="00663343">
        <w:trPr>
          <w:trHeight w:val="508"/>
        </w:trPr>
        <w:tc>
          <w:tcPr>
            <w:tcW w:w="10169" w:type="dxa"/>
            <w:gridSpan w:val="7"/>
            <w:vAlign w:val="center"/>
          </w:tcPr>
          <w:p w:rsidR="0027539F" w:rsidRPr="00DE433A" w:rsidRDefault="00620DD3" w:rsidP="00663343">
            <w:pPr>
              <w:jc w:val="both"/>
              <w:rPr>
                <w:sz w:val="22"/>
              </w:rPr>
            </w:pPr>
            <w:r w:rsidRPr="00DE433A">
              <w:rPr>
                <w:sz w:val="22"/>
              </w:rPr>
              <w:t>3.</w:t>
            </w:r>
          </w:p>
        </w:tc>
      </w:tr>
      <w:tr w:rsidR="0027539F" w:rsidRPr="00DE433A" w:rsidTr="00663343">
        <w:trPr>
          <w:trHeight w:val="508"/>
        </w:trPr>
        <w:tc>
          <w:tcPr>
            <w:tcW w:w="10169" w:type="dxa"/>
            <w:gridSpan w:val="7"/>
            <w:vAlign w:val="center"/>
          </w:tcPr>
          <w:p w:rsidR="0027539F" w:rsidRPr="00DE433A" w:rsidRDefault="00620DD3" w:rsidP="00663343">
            <w:pPr>
              <w:jc w:val="both"/>
              <w:rPr>
                <w:sz w:val="22"/>
              </w:rPr>
            </w:pPr>
            <w:r w:rsidRPr="00DE433A">
              <w:rPr>
                <w:sz w:val="22"/>
              </w:rPr>
              <w:t>4.</w:t>
            </w:r>
          </w:p>
        </w:tc>
      </w:tr>
      <w:tr w:rsidR="0027539F" w:rsidRPr="00DE433A" w:rsidTr="00663343">
        <w:trPr>
          <w:trHeight w:val="486"/>
        </w:trPr>
        <w:tc>
          <w:tcPr>
            <w:tcW w:w="10169" w:type="dxa"/>
            <w:gridSpan w:val="7"/>
            <w:vAlign w:val="center"/>
          </w:tcPr>
          <w:p w:rsidR="0027539F" w:rsidRPr="00DE433A" w:rsidRDefault="00620DD3" w:rsidP="00663343">
            <w:pPr>
              <w:jc w:val="both"/>
              <w:rPr>
                <w:sz w:val="22"/>
              </w:rPr>
            </w:pPr>
            <w:r w:rsidRPr="00DE433A">
              <w:rPr>
                <w:sz w:val="22"/>
              </w:rPr>
              <w:t>5.</w:t>
            </w:r>
          </w:p>
        </w:tc>
      </w:tr>
      <w:tr w:rsidR="00B268E8" w:rsidRPr="00DE433A" w:rsidTr="00663343">
        <w:trPr>
          <w:trHeight w:val="252"/>
        </w:trPr>
        <w:tc>
          <w:tcPr>
            <w:tcW w:w="10169" w:type="dxa"/>
            <w:gridSpan w:val="7"/>
            <w:shd w:val="clear" w:color="auto" w:fill="B8CCE4" w:themeFill="accent1" w:themeFillTint="66"/>
            <w:vAlign w:val="center"/>
          </w:tcPr>
          <w:p w:rsidR="00B268E8" w:rsidRPr="00B268E8" w:rsidRDefault="00B268E8" w:rsidP="00B268E8">
            <w:pPr>
              <w:jc w:val="both"/>
              <w:rPr>
                <w:b/>
                <w:sz w:val="22"/>
              </w:rPr>
            </w:pPr>
            <w:proofErr w:type="spellStart"/>
            <w:r w:rsidRPr="00D61CE1">
              <w:rPr>
                <w:b/>
                <w:sz w:val="24"/>
              </w:rPr>
              <w:t>四、檢附文件確認</w:t>
            </w:r>
            <w:proofErr w:type="spellEnd"/>
          </w:p>
        </w:tc>
      </w:tr>
      <w:tr w:rsidR="00B268E8" w:rsidRPr="00DE433A" w:rsidTr="00C058F2">
        <w:trPr>
          <w:trHeight w:val="486"/>
        </w:trPr>
        <w:tc>
          <w:tcPr>
            <w:tcW w:w="2542" w:type="dxa"/>
            <w:vAlign w:val="center"/>
          </w:tcPr>
          <w:p w:rsidR="00B268E8" w:rsidRPr="00DE433A" w:rsidRDefault="00E26C77" w:rsidP="00C058F2">
            <w:pPr>
              <w:jc w:val="both"/>
              <w:rPr>
                <w:b/>
                <w:sz w:val="22"/>
              </w:rPr>
            </w:pPr>
            <w:sdt>
              <w:sdtPr>
                <w:rPr>
                  <w:rFonts w:ascii="Arial" w:eastAsia="標楷體" w:hAnsi="Arial" w:cs="Arial"/>
                  <w:sz w:val="22"/>
                </w:rPr>
                <w:id w:val="-597103377"/>
                <w14:checkbox>
                  <w14:checked w14:val="0"/>
                  <w14:checkedState w14:val="25A0" w14:font="新細明體"/>
                  <w14:uncheckedState w14:val="2610" w14:font="MS Gothic"/>
                </w14:checkbox>
              </w:sdtPr>
              <w:sdtEndPr/>
              <w:sdtContent>
                <w:r w:rsidR="00663343" w:rsidRPr="00176F68">
                  <w:rPr>
                    <w:rFonts w:ascii="Segoe UI Symbol" w:eastAsia="標楷體" w:hAnsi="Segoe UI Symbol" w:cs="Segoe UI Symbol"/>
                    <w:sz w:val="22"/>
                  </w:rPr>
                  <w:t>☐</w:t>
                </w:r>
              </w:sdtContent>
            </w:sdt>
            <w:r w:rsidR="00663343">
              <w:rPr>
                <w:rFonts w:ascii="Arial" w:eastAsia="標楷體" w:hAnsi="Arial" w:cs="Arial" w:hint="eastAsia"/>
                <w:sz w:val="22"/>
                <w:lang w:eastAsia="zh-TW"/>
              </w:rPr>
              <w:t xml:space="preserve"> </w:t>
            </w:r>
            <w:r w:rsidR="00B268E8" w:rsidRPr="00DE433A">
              <w:rPr>
                <w:sz w:val="22"/>
                <w:lang w:eastAsia="zh-TW"/>
              </w:rPr>
              <w:t>學生證</w:t>
            </w:r>
          </w:p>
        </w:tc>
        <w:tc>
          <w:tcPr>
            <w:tcW w:w="2542" w:type="dxa"/>
            <w:gridSpan w:val="3"/>
            <w:vAlign w:val="center"/>
          </w:tcPr>
          <w:p w:rsidR="00B268E8" w:rsidRPr="00DE433A" w:rsidRDefault="00E26C77" w:rsidP="00C058F2">
            <w:pPr>
              <w:jc w:val="both"/>
              <w:rPr>
                <w:b/>
                <w:sz w:val="22"/>
              </w:rPr>
            </w:pPr>
            <w:sdt>
              <w:sdtPr>
                <w:rPr>
                  <w:rFonts w:ascii="Arial" w:eastAsia="標楷體" w:hAnsi="Arial" w:cs="Arial"/>
                  <w:sz w:val="22"/>
                </w:rPr>
                <w:id w:val="317623636"/>
                <w14:checkbox>
                  <w14:checked w14:val="0"/>
                  <w14:checkedState w14:val="25A0" w14:font="新細明體"/>
                  <w14:uncheckedState w14:val="2610" w14:font="MS Gothic"/>
                </w14:checkbox>
              </w:sdtPr>
              <w:sdtEndPr/>
              <w:sdtContent>
                <w:r w:rsidR="00663343" w:rsidRPr="00176F68">
                  <w:rPr>
                    <w:rFonts w:ascii="Segoe UI Symbol" w:eastAsia="標楷體" w:hAnsi="Segoe UI Symbol" w:cs="Segoe UI Symbol"/>
                    <w:sz w:val="22"/>
                  </w:rPr>
                  <w:t>☐</w:t>
                </w:r>
              </w:sdtContent>
            </w:sdt>
            <w:r w:rsidR="00663343">
              <w:rPr>
                <w:rFonts w:ascii="Arial" w:eastAsia="標楷體" w:hAnsi="Arial" w:cs="Arial" w:hint="eastAsia"/>
                <w:sz w:val="22"/>
                <w:lang w:eastAsia="zh-TW"/>
              </w:rPr>
              <w:t xml:space="preserve"> </w:t>
            </w:r>
            <w:r w:rsidR="00B268E8" w:rsidRPr="00DE433A">
              <w:rPr>
                <w:sz w:val="22"/>
                <w:lang w:eastAsia="zh-TW"/>
              </w:rPr>
              <w:t>身分證/居留證</w:t>
            </w:r>
          </w:p>
        </w:tc>
        <w:tc>
          <w:tcPr>
            <w:tcW w:w="2542" w:type="dxa"/>
            <w:gridSpan w:val="2"/>
            <w:vAlign w:val="center"/>
          </w:tcPr>
          <w:p w:rsidR="00B268E8" w:rsidRPr="00DE433A" w:rsidRDefault="00E26C77" w:rsidP="00C058F2">
            <w:pPr>
              <w:jc w:val="both"/>
              <w:rPr>
                <w:b/>
                <w:sz w:val="22"/>
              </w:rPr>
            </w:pPr>
            <w:sdt>
              <w:sdtPr>
                <w:rPr>
                  <w:rFonts w:ascii="Arial" w:eastAsia="標楷體" w:hAnsi="Arial" w:cs="Arial"/>
                  <w:sz w:val="22"/>
                </w:rPr>
                <w:id w:val="1055893779"/>
                <w14:checkbox>
                  <w14:checked w14:val="0"/>
                  <w14:checkedState w14:val="25A0" w14:font="新細明體"/>
                  <w14:uncheckedState w14:val="2610" w14:font="MS Gothic"/>
                </w14:checkbox>
              </w:sdtPr>
              <w:sdtEndPr/>
              <w:sdtContent>
                <w:r w:rsidR="00663343" w:rsidRPr="00176F68">
                  <w:rPr>
                    <w:rFonts w:ascii="Segoe UI Symbol" w:eastAsia="標楷體" w:hAnsi="Segoe UI Symbol" w:cs="Segoe UI Symbol"/>
                    <w:sz w:val="22"/>
                  </w:rPr>
                  <w:t>☐</w:t>
                </w:r>
              </w:sdtContent>
            </w:sdt>
            <w:r w:rsidR="00663343">
              <w:rPr>
                <w:rFonts w:ascii="Arial" w:eastAsia="標楷體" w:hAnsi="Arial" w:cs="Arial" w:hint="eastAsia"/>
                <w:sz w:val="22"/>
                <w:lang w:eastAsia="zh-TW"/>
              </w:rPr>
              <w:t xml:space="preserve"> </w:t>
            </w:r>
            <w:r w:rsidR="003C1921">
              <w:rPr>
                <w:rFonts w:hint="eastAsia"/>
                <w:sz w:val="22"/>
                <w:lang w:eastAsia="zh-TW"/>
              </w:rPr>
              <w:t>成績單</w:t>
            </w:r>
          </w:p>
        </w:tc>
        <w:tc>
          <w:tcPr>
            <w:tcW w:w="2543" w:type="dxa"/>
            <w:vAlign w:val="center"/>
          </w:tcPr>
          <w:p w:rsidR="00B268E8" w:rsidRPr="00DE433A" w:rsidRDefault="00E26C77" w:rsidP="00C058F2">
            <w:pPr>
              <w:jc w:val="both"/>
              <w:rPr>
                <w:b/>
                <w:sz w:val="22"/>
              </w:rPr>
            </w:pPr>
            <w:sdt>
              <w:sdtPr>
                <w:rPr>
                  <w:rFonts w:ascii="Arial" w:eastAsia="標楷體" w:hAnsi="Arial" w:cs="Arial"/>
                  <w:sz w:val="22"/>
                </w:rPr>
                <w:id w:val="14661455"/>
                <w14:checkbox>
                  <w14:checked w14:val="0"/>
                  <w14:checkedState w14:val="25A0" w14:font="新細明體"/>
                  <w14:uncheckedState w14:val="2610" w14:font="MS Gothic"/>
                </w14:checkbox>
              </w:sdtPr>
              <w:sdtEndPr/>
              <w:sdtContent>
                <w:r w:rsidR="00663343" w:rsidRPr="00176F68">
                  <w:rPr>
                    <w:rFonts w:ascii="Segoe UI Symbol" w:eastAsia="標楷體" w:hAnsi="Segoe UI Symbol" w:cs="Segoe UI Symbol"/>
                    <w:sz w:val="22"/>
                  </w:rPr>
                  <w:t>☐</w:t>
                </w:r>
              </w:sdtContent>
            </w:sdt>
            <w:r w:rsidR="00663343">
              <w:rPr>
                <w:rFonts w:ascii="Arial" w:eastAsia="標楷體" w:hAnsi="Arial" w:cs="Arial" w:hint="eastAsia"/>
                <w:sz w:val="22"/>
                <w:lang w:eastAsia="zh-TW"/>
              </w:rPr>
              <w:t xml:space="preserve"> </w:t>
            </w:r>
            <w:r w:rsidR="00B268E8" w:rsidRPr="00DE433A">
              <w:rPr>
                <w:sz w:val="22"/>
                <w:lang w:eastAsia="zh-TW"/>
              </w:rPr>
              <w:t>自傳</w:t>
            </w:r>
          </w:p>
        </w:tc>
      </w:tr>
      <w:tr w:rsidR="00B268E8" w:rsidRPr="00DE433A" w:rsidTr="00C058F2">
        <w:trPr>
          <w:trHeight w:val="486"/>
        </w:trPr>
        <w:tc>
          <w:tcPr>
            <w:tcW w:w="2542" w:type="dxa"/>
            <w:vAlign w:val="center"/>
          </w:tcPr>
          <w:p w:rsidR="00B268E8" w:rsidRPr="00DE433A" w:rsidRDefault="00E26C77" w:rsidP="00C058F2">
            <w:pPr>
              <w:jc w:val="both"/>
              <w:rPr>
                <w:sz w:val="22"/>
                <w:lang w:eastAsia="zh-TW"/>
              </w:rPr>
            </w:pPr>
            <w:sdt>
              <w:sdtPr>
                <w:rPr>
                  <w:rFonts w:ascii="Arial" w:eastAsia="標楷體" w:hAnsi="Arial" w:cs="Arial"/>
                  <w:sz w:val="22"/>
                </w:rPr>
                <w:id w:val="-234630867"/>
                <w14:checkbox>
                  <w14:checked w14:val="0"/>
                  <w14:checkedState w14:val="25A0" w14:font="新細明體"/>
                  <w14:uncheckedState w14:val="2610" w14:font="MS Gothic"/>
                </w14:checkbox>
              </w:sdtPr>
              <w:sdtEndPr/>
              <w:sdtContent>
                <w:r w:rsidR="00663343" w:rsidRPr="00176F68">
                  <w:rPr>
                    <w:rFonts w:ascii="Segoe UI Symbol" w:eastAsia="標楷體" w:hAnsi="Segoe UI Symbol" w:cs="Segoe UI Symbol"/>
                    <w:sz w:val="22"/>
                  </w:rPr>
                  <w:t>☐</w:t>
                </w:r>
              </w:sdtContent>
            </w:sdt>
            <w:r w:rsidR="00663343">
              <w:rPr>
                <w:rFonts w:ascii="Arial" w:eastAsia="標楷體" w:hAnsi="Arial" w:cs="Arial" w:hint="eastAsia"/>
                <w:sz w:val="22"/>
                <w:lang w:eastAsia="zh-TW"/>
              </w:rPr>
              <w:t xml:space="preserve"> </w:t>
            </w:r>
            <w:r w:rsidR="00B268E8" w:rsidRPr="00DE433A">
              <w:rPr>
                <w:sz w:val="22"/>
                <w:lang w:eastAsia="zh-TW"/>
              </w:rPr>
              <w:t>研究計畫</w:t>
            </w:r>
          </w:p>
        </w:tc>
        <w:tc>
          <w:tcPr>
            <w:tcW w:w="2542" w:type="dxa"/>
            <w:gridSpan w:val="3"/>
            <w:vAlign w:val="center"/>
          </w:tcPr>
          <w:p w:rsidR="00B268E8" w:rsidRPr="00DE433A" w:rsidRDefault="00E26C77" w:rsidP="00C058F2">
            <w:pPr>
              <w:jc w:val="both"/>
              <w:rPr>
                <w:sz w:val="22"/>
                <w:lang w:eastAsia="zh-TW"/>
              </w:rPr>
            </w:pPr>
            <w:sdt>
              <w:sdtPr>
                <w:rPr>
                  <w:rFonts w:ascii="Arial" w:eastAsia="標楷體" w:hAnsi="Arial" w:cs="Arial"/>
                  <w:sz w:val="22"/>
                </w:rPr>
                <w:id w:val="-809555458"/>
                <w14:checkbox>
                  <w14:checked w14:val="0"/>
                  <w14:checkedState w14:val="25A0" w14:font="新細明體"/>
                  <w14:uncheckedState w14:val="2610" w14:font="MS Gothic"/>
                </w14:checkbox>
              </w:sdtPr>
              <w:sdtEndPr/>
              <w:sdtContent>
                <w:r w:rsidR="00663343" w:rsidRPr="00176F68">
                  <w:rPr>
                    <w:rFonts w:ascii="Segoe UI Symbol" w:eastAsia="標楷體" w:hAnsi="Segoe UI Symbol" w:cs="Segoe UI Symbol"/>
                    <w:sz w:val="22"/>
                  </w:rPr>
                  <w:t>☐</w:t>
                </w:r>
              </w:sdtContent>
            </w:sdt>
            <w:r w:rsidR="00663343">
              <w:rPr>
                <w:rFonts w:ascii="Arial" w:eastAsia="標楷體" w:hAnsi="Arial" w:cs="Arial" w:hint="eastAsia"/>
                <w:sz w:val="22"/>
                <w:lang w:eastAsia="zh-TW"/>
              </w:rPr>
              <w:t xml:space="preserve"> </w:t>
            </w:r>
            <w:r w:rsidR="00655AFF" w:rsidRPr="00DE433A">
              <w:rPr>
                <w:sz w:val="22"/>
                <w:lang w:eastAsia="zh-TW"/>
              </w:rPr>
              <w:t>其他資料</w:t>
            </w:r>
          </w:p>
        </w:tc>
        <w:tc>
          <w:tcPr>
            <w:tcW w:w="5085" w:type="dxa"/>
            <w:gridSpan w:val="3"/>
            <w:vAlign w:val="center"/>
          </w:tcPr>
          <w:p w:rsidR="00B268E8" w:rsidRPr="00DE433A" w:rsidRDefault="00E26C77" w:rsidP="00C058F2">
            <w:pPr>
              <w:jc w:val="both"/>
              <w:rPr>
                <w:sz w:val="22"/>
                <w:lang w:eastAsia="zh-TW"/>
              </w:rPr>
            </w:pPr>
            <w:sdt>
              <w:sdtPr>
                <w:rPr>
                  <w:rFonts w:ascii="Arial" w:eastAsia="標楷體" w:hAnsi="Arial" w:cs="Arial"/>
                  <w:sz w:val="22"/>
                  <w:lang w:eastAsia="zh-TW"/>
                </w:rPr>
                <w:id w:val="-1447311160"/>
                <w14:checkbox>
                  <w14:checked w14:val="0"/>
                  <w14:checkedState w14:val="25A0" w14:font="新細明體"/>
                  <w14:uncheckedState w14:val="2610" w14:font="MS Gothic"/>
                </w14:checkbox>
              </w:sdtPr>
              <w:sdtEndPr/>
              <w:sdtContent>
                <w:r w:rsidR="00663343" w:rsidRPr="00176F68">
                  <w:rPr>
                    <w:rFonts w:ascii="Segoe UI Symbol" w:eastAsia="標楷體" w:hAnsi="Segoe UI Symbol" w:cs="Segoe UI Symbol"/>
                    <w:sz w:val="22"/>
                    <w:lang w:eastAsia="zh-TW"/>
                  </w:rPr>
                  <w:t>☐</w:t>
                </w:r>
              </w:sdtContent>
            </w:sdt>
            <w:r w:rsidR="00663343">
              <w:rPr>
                <w:rFonts w:ascii="Arial" w:eastAsia="標楷體" w:hAnsi="Arial" w:cs="Arial" w:hint="eastAsia"/>
                <w:sz w:val="22"/>
                <w:lang w:eastAsia="zh-TW"/>
              </w:rPr>
              <w:t xml:space="preserve"> </w:t>
            </w:r>
            <w:r w:rsidR="00655AFF" w:rsidRPr="00DE433A">
              <w:rPr>
                <w:sz w:val="22"/>
                <w:lang w:eastAsia="zh-TW"/>
              </w:rPr>
              <w:t>中低收入戶證明</w:t>
            </w:r>
            <w:r w:rsidR="00C058F2">
              <w:rPr>
                <w:rFonts w:hint="eastAsia"/>
                <w:sz w:val="22"/>
                <w:lang w:eastAsia="zh-TW"/>
              </w:rPr>
              <w:t>（</w:t>
            </w:r>
            <w:r w:rsidR="00655AFF" w:rsidRPr="00DE433A">
              <w:rPr>
                <w:sz w:val="22"/>
                <w:lang w:eastAsia="zh-TW"/>
              </w:rPr>
              <w:t>如適用</w:t>
            </w:r>
            <w:r w:rsidR="00C058F2">
              <w:rPr>
                <w:rFonts w:hint="eastAsia"/>
                <w:sz w:val="22"/>
                <w:lang w:eastAsia="zh-TW"/>
              </w:rPr>
              <w:t>）</w:t>
            </w:r>
          </w:p>
        </w:tc>
      </w:tr>
      <w:tr w:rsidR="00655AFF" w:rsidRPr="00DE433A" w:rsidTr="00663343">
        <w:trPr>
          <w:trHeight w:val="259"/>
        </w:trPr>
        <w:tc>
          <w:tcPr>
            <w:tcW w:w="10169" w:type="dxa"/>
            <w:gridSpan w:val="7"/>
            <w:shd w:val="clear" w:color="auto" w:fill="B8CCE4" w:themeFill="accent1" w:themeFillTint="66"/>
            <w:vAlign w:val="center"/>
          </w:tcPr>
          <w:p w:rsidR="00655AFF" w:rsidRPr="00DE433A" w:rsidRDefault="00655AFF" w:rsidP="00655AFF">
            <w:pPr>
              <w:jc w:val="both"/>
              <w:rPr>
                <w:sz w:val="22"/>
                <w:lang w:eastAsia="zh-TW"/>
              </w:rPr>
            </w:pPr>
            <w:r w:rsidRPr="00D61CE1">
              <w:rPr>
                <w:b/>
                <w:sz w:val="24"/>
                <w:lang w:eastAsia="zh-TW"/>
              </w:rPr>
              <w:t>五、聲明事項</w:t>
            </w:r>
          </w:p>
        </w:tc>
      </w:tr>
      <w:tr w:rsidR="00655AFF" w:rsidRPr="00DE433A" w:rsidTr="00663343">
        <w:trPr>
          <w:trHeight w:val="2391"/>
        </w:trPr>
        <w:tc>
          <w:tcPr>
            <w:tcW w:w="10169" w:type="dxa"/>
            <w:gridSpan w:val="7"/>
            <w:vAlign w:val="center"/>
          </w:tcPr>
          <w:p w:rsidR="00663343" w:rsidRPr="00663343" w:rsidRDefault="00E26C77" w:rsidP="00663343">
            <w:pPr>
              <w:rPr>
                <w:sz w:val="22"/>
                <w:lang w:eastAsia="zh-TW"/>
              </w:rPr>
            </w:pPr>
            <w:sdt>
              <w:sdtPr>
                <w:rPr>
                  <w:rFonts w:ascii="Arial" w:eastAsia="標楷體" w:hAnsi="Arial" w:cs="Arial"/>
                  <w:sz w:val="22"/>
                  <w:lang w:eastAsia="zh-TW"/>
                </w:rPr>
                <w:id w:val="-1520073518"/>
                <w14:checkbox>
                  <w14:checked w14:val="0"/>
                  <w14:checkedState w14:val="25A0" w14:font="新細明體"/>
                  <w14:uncheckedState w14:val="2610" w14:font="MS Gothic"/>
                </w14:checkbox>
              </w:sdtPr>
              <w:sdtEndPr/>
              <w:sdtContent>
                <w:r w:rsidR="00663343" w:rsidRPr="00176F68">
                  <w:rPr>
                    <w:rFonts w:ascii="Segoe UI Symbol" w:eastAsia="標楷體" w:hAnsi="Segoe UI Symbol" w:cs="Segoe UI Symbol"/>
                    <w:sz w:val="22"/>
                    <w:lang w:eastAsia="zh-TW"/>
                  </w:rPr>
                  <w:t>☐</w:t>
                </w:r>
              </w:sdtContent>
            </w:sdt>
            <w:r w:rsidR="00663343">
              <w:rPr>
                <w:rFonts w:ascii="Arial" w:eastAsia="標楷體" w:hAnsi="Arial" w:cs="Arial" w:hint="eastAsia"/>
                <w:sz w:val="22"/>
                <w:lang w:eastAsia="zh-TW"/>
              </w:rPr>
              <w:t xml:space="preserve"> </w:t>
            </w:r>
            <w:r w:rsidR="00663343" w:rsidRPr="00663343">
              <w:rPr>
                <w:rFonts w:hint="eastAsia"/>
                <w:sz w:val="22"/>
                <w:lang w:eastAsia="zh-TW"/>
              </w:rPr>
              <w:t>本人證明以上所填寫之資料均屬實，如有不實者，將無條件同意取消申請資格。</w:t>
            </w:r>
          </w:p>
          <w:p w:rsidR="00663343" w:rsidRPr="00663343" w:rsidRDefault="00E26C77" w:rsidP="00663343">
            <w:pPr>
              <w:rPr>
                <w:sz w:val="22"/>
                <w:lang w:eastAsia="zh-TW"/>
              </w:rPr>
            </w:pPr>
            <w:sdt>
              <w:sdtPr>
                <w:rPr>
                  <w:rFonts w:ascii="Arial" w:eastAsia="標楷體" w:hAnsi="Arial" w:cs="Arial"/>
                  <w:sz w:val="22"/>
                  <w:lang w:eastAsia="zh-TW"/>
                </w:rPr>
                <w:id w:val="1612243722"/>
                <w14:checkbox>
                  <w14:checked w14:val="0"/>
                  <w14:checkedState w14:val="25A0" w14:font="新細明體"/>
                  <w14:uncheckedState w14:val="2610" w14:font="MS Gothic"/>
                </w14:checkbox>
              </w:sdtPr>
              <w:sdtEndPr/>
              <w:sdtContent>
                <w:r w:rsidR="00663343" w:rsidRPr="00176F68">
                  <w:rPr>
                    <w:rFonts w:ascii="Segoe UI Symbol" w:eastAsia="標楷體" w:hAnsi="Segoe UI Symbol" w:cs="Segoe UI Symbol"/>
                    <w:sz w:val="22"/>
                    <w:lang w:eastAsia="zh-TW"/>
                  </w:rPr>
                  <w:t>☐</w:t>
                </w:r>
              </w:sdtContent>
            </w:sdt>
            <w:r w:rsidR="00620DD3">
              <w:rPr>
                <w:rFonts w:ascii="Arial" w:eastAsia="標楷體" w:hAnsi="Arial" w:cs="Arial"/>
                <w:sz w:val="22"/>
                <w:lang w:eastAsia="zh-TW"/>
              </w:rPr>
              <w:t xml:space="preserve"> </w:t>
            </w:r>
            <w:r w:rsidR="00663343" w:rsidRPr="00663343">
              <w:rPr>
                <w:rFonts w:hint="eastAsia"/>
                <w:sz w:val="22"/>
                <w:lang w:eastAsia="zh-TW"/>
              </w:rPr>
              <w:t>本人已詳盡閱讀本獎學金辦法，願意遵守相關規定。</w:t>
            </w:r>
          </w:p>
          <w:p w:rsidR="00655AFF" w:rsidRDefault="00E26C77" w:rsidP="00663343">
            <w:pPr>
              <w:rPr>
                <w:sz w:val="22"/>
                <w:lang w:eastAsia="zh-TW"/>
              </w:rPr>
            </w:pPr>
            <w:sdt>
              <w:sdtPr>
                <w:rPr>
                  <w:rFonts w:ascii="Arial" w:eastAsia="標楷體" w:hAnsi="Arial" w:cs="Arial"/>
                  <w:sz w:val="22"/>
                  <w:lang w:eastAsia="zh-TW"/>
                </w:rPr>
                <w:id w:val="903263418"/>
                <w14:checkbox>
                  <w14:checked w14:val="0"/>
                  <w14:checkedState w14:val="25A0" w14:font="新細明體"/>
                  <w14:uncheckedState w14:val="2610" w14:font="MS Gothic"/>
                </w14:checkbox>
              </w:sdtPr>
              <w:sdtEndPr/>
              <w:sdtContent>
                <w:r w:rsidR="00663343" w:rsidRPr="00176F68">
                  <w:rPr>
                    <w:rFonts w:ascii="Segoe UI Symbol" w:eastAsia="標楷體" w:hAnsi="Segoe UI Symbol" w:cs="Segoe UI Symbol"/>
                    <w:sz w:val="22"/>
                    <w:lang w:eastAsia="zh-TW"/>
                  </w:rPr>
                  <w:t>☐</w:t>
                </w:r>
              </w:sdtContent>
            </w:sdt>
            <w:r w:rsidR="00620DD3">
              <w:rPr>
                <w:rFonts w:ascii="Arial" w:eastAsia="標楷體" w:hAnsi="Arial" w:cs="Arial"/>
                <w:sz w:val="22"/>
                <w:lang w:eastAsia="zh-TW"/>
              </w:rPr>
              <w:t xml:space="preserve"> </w:t>
            </w:r>
            <w:r w:rsidR="00663343" w:rsidRPr="00663343">
              <w:rPr>
                <w:rFonts w:hint="eastAsia"/>
                <w:sz w:val="22"/>
                <w:lang w:eastAsia="zh-TW"/>
              </w:rPr>
              <w:t>本人同意授權敦泰電子查核申請表載明相關資料正確性與完整性，為此得蒐集、處理與利用該查核後所獲取之本人個人資料，做為獲獎對象評估之用。</w:t>
            </w:r>
          </w:p>
          <w:p w:rsidR="00663343" w:rsidRPr="00663343" w:rsidRDefault="00663343" w:rsidP="00663343">
            <w:pPr>
              <w:rPr>
                <w:sz w:val="22"/>
                <w:lang w:eastAsia="zh-TW"/>
              </w:rPr>
            </w:pPr>
          </w:p>
          <w:p w:rsidR="00655AFF" w:rsidRPr="00655AFF" w:rsidRDefault="00663343" w:rsidP="00655AFF">
            <w:pPr>
              <w:rPr>
                <w:sz w:val="22"/>
                <w:lang w:eastAsia="zh-TW"/>
              </w:rPr>
            </w:pPr>
            <w:r>
              <w:rPr>
                <w:sz w:val="22"/>
                <w:lang w:eastAsia="zh-TW"/>
              </w:rPr>
              <w:tab/>
            </w:r>
            <w:r w:rsidR="00655AFF" w:rsidRPr="00DE433A">
              <w:rPr>
                <w:sz w:val="22"/>
                <w:lang w:eastAsia="zh-TW"/>
              </w:rPr>
              <w:t xml:space="preserve">申請人簽名：____________________        </w:t>
            </w:r>
            <w:r>
              <w:rPr>
                <w:sz w:val="22"/>
                <w:lang w:eastAsia="zh-TW"/>
              </w:rPr>
              <w:tab/>
            </w:r>
            <w:r>
              <w:rPr>
                <w:sz w:val="22"/>
                <w:lang w:eastAsia="zh-TW"/>
              </w:rPr>
              <w:tab/>
            </w:r>
            <w:r w:rsidR="00655AFF" w:rsidRPr="00DE433A">
              <w:rPr>
                <w:sz w:val="22"/>
                <w:lang w:eastAsia="zh-TW"/>
              </w:rPr>
              <w:t>日期：_____年_____月_____日</w:t>
            </w:r>
          </w:p>
        </w:tc>
      </w:tr>
    </w:tbl>
    <w:p w:rsidR="0027539F" w:rsidRPr="00DE433A" w:rsidRDefault="0027539F" w:rsidP="00663343">
      <w:pPr>
        <w:rPr>
          <w:sz w:val="22"/>
          <w:lang w:eastAsia="zh-TW"/>
        </w:rPr>
      </w:pPr>
    </w:p>
    <w:sectPr w:rsidR="0027539F" w:rsidRPr="00DE433A" w:rsidSect="00663343">
      <w:headerReference w:type="default" r:id="rId8"/>
      <w:pgSz w:w="12240" w:h="15840"/>
      <w:pgMar w:top="568" w:right="1276" w:bottom="426" w:left="1077" w:header="34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14C1" w:rsidRDefault="009A14C1" w:rsidP="009A14C1">
      <w:pPr>
        <w:spacing w:after="0" w:line="240" w:lineRule="auto"/>
      </w:pPr>
      <w:r>
        <w:separator/>
      </w:r>
    </w:p>
  </w:endnote>
  <w:endnote w:type="continuationSeparator" w:id="0">
    <w:p w:rsidR="009A14C1" w:rsidRDefault="009A14C1" w:rsidP="009A1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14C1" w:rsidRDefault="009A14C1" w:rsidP="009A14C1">
      <w:pPr>
        <w:spacing w:after="0" w:line="240" w:lineRule="auto"/>
      </w:pPr>
      <w:r>
        <w:separator/>
      </w:r>
    </w:p>
  </w:footnote>
  <w:footnote w:type="continuationSeparator" w:id="0">
    <w:p w:rsidR="009A14C1" w:rsidRDefault="009A14C1" w:rsidP="009A14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14C1" w:rsidRDefault="009A14C1" w:rsidP="009A14C1">
    <w:pPr>
      <w:pStyle w:val="a5"/>
    </w:pPr>
    <w:r>
      <w:rPr>
        <w:noProof/>
        <w:lang w:eastAsia="zh-TW"/>
      </w:rPr>
      <w:drawing>
        <wp:inline distT="0" distB="0" distL="0" distR="0">
          <wp:extent cx="1438275" cy="396875"/>
          <wp:effectExtent l="0" t="0" r="9525" b="3175"/>
          <wp:docPr id="17" name="圖片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96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76F68"/>
    <w:rsid w:val="0027539F"/>
    <w:rsid w:val="0029639D"/>
    <w:rsid w:val="00326F90"/>
    <w:rsid w:val="00390CE2"/>
    <w:rsid w:val="003C1921"/>
    <w:rsid w:val="00531F8F"/>
    <w:rsid w:val="00620DD3"/>
    <w:rsid w:val="00655AFF"/>
    <w:rsid w:val="00663343"/>
    <w:rsid w:val="008A50C8"/>
    <w:rsid w:val="009A14C1"/>
    <w:rsid w:val="009B33B2"/>
    <w:rsid w:val="00A22295"/>
    <w:rsid w:val="00AA1D8D"/>
    <w:rsid w:val="00B268E8"/>
    <w:rsid w:val="00B47730"/>
    <w:rsid w:val="00C058F2"/>
    <w:rsid w:val="00CB0664"/>
    <w:rsid w:val="00D61CE1"/>
    <w:rsid w:val="00DE433A"/>
    <w:rsid w:val="00E26C77"/>
    <w:rsid w:val="00F6359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8F07B9B"/>
  <w14:defaultImageDpi w14:val="300"/>
  <w15:docId w15:val="{82CA0E7D-5B0B-49B6-A975-2BA045AF6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微軟正黑體" w:eastAsia="微軟正黑體" w:hAnsi="微軟正黑體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45FA9CE-637A-4640-A143-93ADF08DD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Charlene.Lin 林夏妍</dc:creator>
  <cp:keywords/>
  <dc:description>generated by python-docx</dc:description>
  <cp:lastModifiedBy>Charlene.Lin 林夏妍</cp:lastModifiedBy>
  <cp:revision>4</cp:revision>
  <dcterms:created xsi:type="dcterms:W3CDTF">2026-09-10T03:29:00Z</dcterms:created>
  <dcterms:modified xsi:type="dcterms:W3CDTF">2026-09-10T03:49:00Z</dcterms:modified>
  <cp:category/>
</cp:coreProperties>
</file>